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52"/>
        <w:gridCol w:w="3240"/>
      </w:tblGrid>
      <w:tr w:rsidR="00844834" w14:paraId="59D50CA3" w14:textId="77777777">
        <w:trPr>
          <w:jc w:val="center"/>
        </w:trPr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A3B789" w14:textId="77777777" w:rsidR="00844834" w:rsidRDefault="008F2104">
            <w:pPr>
              <w:spacing w:after="160"/>
            </w:pPr>
            <w:r>
              <w:rPr>
                <w:rFonts w:ascii="Georgia" w:hAnsi="Georgia"/>
                <w:b/>
                <w:color w:val="274C84"/>
                <w:sz w:val="50"/>
              </w:rPr>
              <w:t>CHANTELLE HIAH</w:t>
            </w:r>
          </w:p>
          <w:p w14:paraId="4BC4D185" w14:textId="77777777" w:rsidR="00844834" w:rsidRDefault="008F2104">
            <w:r>
              <w:rPr>
                <w:color w:val="274C84"/>
                <w:sz w:val="28"/>
              </w:rPr>
              <w:t>FAMILY DAY CARE EDUCATOR</w:t>
            </w:r>
          </w:p>
          <w:p w14:paraId="58A6B17C" w14:textId="77777777" w:rsidR="00844834" w:rsidRDefault="008F2104">
            <w:pPr>
              <w:spacing w:after="0"/>
            </w:pPr>
            <w:r>
              <w:rPr>
                <w:color w:val="274C84"/>
                <w:sz w:val="28"/>
              </w:rPr>
              <w:t>CITY OF WHITTLESEA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F3B78B" w14:textId="77777777" w:rsidR="00844834" w:rsidRDefault="008F2104">
            <w:pPr>
              <w:spacing w:before="40" w:after="0"/>
              <w:jc w:val="center"/>
            </w:pPr>
            <w:r>
              <w:rPr>
                <w:noProof/>
              </w:rPr>
              <w:drawing>
                <wp:inline distT="0" distB="0" distL="0" distR="0" wp14:anchorId="3344239F" wp14:editId="581752B1">
                  <wp:extent cx="1783080" cy="17830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ntelle_Profile_Photo.jpg"/>
                          <pic:cNvPicPr/>
                        </pic:nvPicPr>
                        <pic:blipFill>
                          <a:blip r:embed="rId13"/>
                          <a:srcRect t="3000" b="40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1783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2AB72" w14:textId="77777777" w:rsidR="00844834" w:rsidRDefault="008F2104">
      <w:pPr>
        <w:spacing w:before="80" w:after="60"/>
      </w:pPr>
      <w:r>
        <w:rPr>
          <w:rFonts w:ascii="Georgia" w:hAnsi="Georgia"/>
          <w:b/>
          <w:color w:val="274C84"/>
          <w:sz w:val="26"/>
        </w:rPr>
        <w:t>PROFILE</w:t>
      </w:r>
    </w:p>
    <w:p w14:paraId="47881346" w14:textId="77777777" w:rsidR="00844834" w:rsidRDefault="008F2104">
      <w:pPr>
        <w:spacing w:after="40"/>
      </w:pPr>
      <w:r>
        <w:rPr>
          <w:b/>
          <w:sz w:val="21"/>
        </w:rPr>
        <w:t xml:space="preserve">SERVICE: </w:t>
      </w:r>
      <w:r>
        <w:rPr>
          <w:sz w:val="21"/>
        </w:rPr>
        <w:t>My Tiny Team Family Day Care</w:t>
      </w:r>
    </w:p>
    <w:p w14:paraId="4A583C9F" w14:textId="77777777" w:rsidR="00844834" w:rsidRDefault="008F2104">
      <w:pPr>
        <w:spacing w:after="40"/>
      </w:pPr>
      <w:r>
        <w:rPr>
          <w:b/>
          <w:sz w:val="21"/>
        </w:rPr>
        <w:t xml:space="preserve">OPEN: </w:t>
      </w:r>
      <w:r>
        <w:rPr>
          <w:sz w:val="21"/>
        </w:rPr>
        <w:t>Monday to Friday, 6.00am - 4.00pm</w:t>
      </w:r>
    </w:p>
    <w:p w14:paraId="361A7196" w14:textId="77777777" w:rsidR="00844834" w:rsidRDefault="008F2104">
      <w:pPr>
        <w:spacing w:after="40"/>
      </w:pPr>
      <w:r>
        <w:rPr>
          <w:b/>
          <w:sz w:val="21"/>
        </w:rPr>
        <w:t xml:space="preserve">YEARS IN CHILD CARE SECTOR: </w:t>
      </w:r>
      <w:r>
        <w:rPr>
          <w:sz w:val="21"/>
        </w:rPr>
        <w:t>8+ years</w:t>
      </w:r>
    </w:p>
    <w:p w14:paraId="2F844875" w14:textId="77777777" w:rsidR="00844834" w:rsidRDefault="008F2104">
      <w:pPr>
        <w:spacing w:after="40"/>
      </w:pPr>
      <w:r>
        <w:rPr>
          <w:b/>
          <w:sz w:val="21"/>
        </w:rPr>
        <w:t xml:space="preserve">QUALIFICATIONS: </w:t>
      </w:r>
      <w:r>
        <w:rPr>
          <w:sz w:val="21"/>
        </w:rPr>
        <w:t>Diploma of Early Childhood Education and Care</w:t>
      </w:r>
    </w:p>
    <w:p w14:paraId="00DC767E" w14:textId="77777777" w:rsidR="00844834" w:rsidRDefault="008F2104">
      <w:pPr>
        <w:spacing w:after="20"/>
        <w:ind w:left="259"/>
      </w:pPr>
      <w:r>
        <w:rPr>
          <w:sz w:val="21"/>
        </w:rPr>
        <w:t>First Aid and CPR training</w:t>
      </w:r>
    </w:p>
    <w:p w14:paraId="24BA65EA" w14:textId="77777777" w:rsidR="00844834" w:rsidRDefault="008F2104">
      <w:pPr>
        <w:spacing w:after="20"/>
        <w:ind w:left="259"/>
      </w:pPr>
      <w:r>
        <w:rPr>
          <w:sz w:val="21"/>
        </w:rPr>
        <w:t>Anaphylaxis and Asthma training</w:t>
      </w:r>
    </w:p>
    <w:p w14:paraId="1DE486F2" w14:textId="77777777" w:rsidR="00844834" w:rsidRDefault="008F2104">
      <w:pPr>
        <w:spacing w:after="20"/>
        <w:ind w:left="259"/>
      </w:pPr>
      <w:r>
        <w:rPr>
          <w:sz w:val="21"/>
        </w:rPr>
        <w:t>Child Protection training</w:t>
      </w:r>
    </w:p>
    <w:p w14:paraId="6319B516" w14:textId="77777777" w:rsidR="00844834" w:rsidRDefault="008F2104">
      <w:pPr>
        <w:spacing w:after="20"/>
        <w:ind w:left="259"/>
      </w:pPr>
      <w:r>
        <w:rPr>
          <w:sz w:val="21"/>
        </w:rPr>
        <w:t>Safe Food Handling training</w:t>
      </w:r>
    </w:p>
    <w:p w14:paraId="6C44F3E7" w14:textId="77777777" w:rsidR="00844834" w:rsidRDefault="008F2104">
      <w:pPr>
        <w:spacing w:after="20"/>
        <w:ind w:left="259"/>
      </w:pPr>
      <w:r>
        <w:rPr>
          <w:sz w:val="21"/>
        </w:rPr>
        <w:t>Working with Children Check</w:t>
      </w:r>
    </w:p>
    <w:p w14:paraId="2C4DE473" w14:textId="77777777" w:rsidR="00844834" w:rsidRDefault="008F2104">
      <w:pPr>
        <w:spacing w:after="20"/>
        <w:ind w:left="259"/>
      </w:pPr>
      <w:r>
        <w:rPr>
          <w:sz w:val="21"/>
        </w:rPr>
        <w:t>National Police Check</w:t>
      </w:r>
    </w:p>
    <w:p w14:paraId="4341C93F" w14:textId="77777777" w:rsidR="00844834" w:rsidRDefault="008F2104">
      <w:pPr>
        <w:spacing w:after="40"/>
      </w:pPr>
      <w:r>
        <w:rPr>
          <w:b/>
          <w:sz w:val="21"/>
        </w:rPr>
        <w:t xml:space="preserve">SUBURB: </w:t>
      </w:r>
      <w:r>
        <w:rPr>
          <w:sz w:val="21"/>
        </w:rPr>
        <w:t>Whittlesea</w:t>
      </w:r>
    </w:p>
    <w:p w14:paraId="4DD25BF0" w14:textId="77777777" w:rsidR="00844834" w:rsidRDefault="008F2104">
      <w:pPr>
        <w:spacing w:before="80" w:after="60"/>
      </w:pPr>
      <w:r>
        <w:rPr>
          <w:rFonts w:ascii="Georgia" w:hAnsi="Georgia"/>
          <w:b/>
          <w:color w:val="274C84"/>
          <w:sz w:val="26"/>
        </w:rPr>
        <w:t>ABOUT ME</w:t>
      </w:r>
    </w:p>
    <w:p w14:paraId="1A1DEF2A" w14:textId="77777777" w:rsidR="00844834" w:rsidRDefault="008F2104">
      <w:r>
        <w:t>I am a Diploma-qualified early childhood educator with more than eight years of experience across early learning, family day care and educational leadership. As a mum of five, creating a calm, welcoming and genuinely family-centred environment is especially important to me.</w:t>
      </w:r>
    </w:p>
    <w:p w14:paraId="096CE418" w14:textId="77777777" w:rsidR="00844834" w:rsidRDefault="008F2104">
      <w:r>
        <w:t>My approach is gentle, inclusive and responsive. I believe children learn best when they feel safe, understood and connected, and small-group care allows me to provide meaningful individual attention throughout each day.</w:t>
      </w:r>
    </w:p>
    <w:p w14:paraId="31772B49" w14:textId="77777777" w:rsidR="00844834" w:rsidRDefault="008F2104">
      <w:r>
        <w:t>My play-based program is guided by the Victorian Early Years Learning and Development Framework. I value open communication and strong partnerships with families, helping every child develop confidence, independence and a secure sense of belonging.</w:t>
      </w:r>
    </w:p>
    <w:p w14:paraId="43C45CB2" w14:textId="77777777" w:rsidR="00844834" w:rsidRDefault="008F2104">
      <w:pPr>
        <w:spacing w:before="80" w:after="60"/>
      </w:pPr>
      <w:r>
        <w:rPr>
          <w:rFonts w:ascii="Georgia" w:hAnsi="Georgia"/>
          <w:b/>
          <w:color w:val="274C84"/>
          <w:sz w:val="26"/>
        </w:rPr>
        <w:t>LEARNING AND EXPERIENCES</w:t>
      </w:r>
    </w:p>
    <w:p w14:paraId="5F24F5F3" w14:textId="77777777" w:rsidR="00844834" w:rsidRDefault="008F2104">
      <w:pPr>
        <w:pStyle w:val="ListBullet"/>
        <w:spacing w:after="20"/>
      </w:pPr>
      <w:r>
        <w:rPr>
          <w:sz w:val="21"/>
        </w:rPr>
        <w:t>Daily nature-based and outdoor learning</w:t>
      </w:r>
    </w:p>
    <w:p w14:paraId="27FC4A97" w14:textId="77777777" w:rsidR="00844834" w:rsidRDefault="008F2104">
      <w:pPr>
        <w:pStyle w:val="ListBullet"/>
        <w:spacing w:after="20"/>
      </w:pPr>
      <w:r>
        <w:rPr>
          <w:sz w:val="21"/>
        </w:rPr>
        <w:t>Art, music, movement, sensory and messy play</w:t>
      </w:r>
    </w:p>
    <w:p w14:paraId="14C63822" w14:textId="77777777" w:rsidR="00844834" w:rsidRDefault="008F2104">
      <w:pPr>
        <w:pStyle w:val="ListBullet"/>
        <w:spacing w:after="20"/>
      </w:pPr>
      <w:r>
        <w:rPr>
          <w:sz w:val="21"/>
        </w:rPr>
        <w:t>Sandpit, water play, mud kitchen and gardening</w:t>
      </w:r>
    </w:p>
    <w:p w14:paraId="13642973" w14:textId="77777777" w:rsidR="00844834" w:rsidRDefault="008F2104">
      <w:pPr>
        <w:pStyle w:val="ListBullet"/>
        <w:spacing w:after="20"/>
      </w:pPr>
      <w:r>
        <w:rPr>
          <w:sz w:val="21"/>
        </w:rPr>
        <w:t>Construction, imaginative play and quiet reading spaces</w:t>
      </w:r>
    </w:p>
    <w:p w14:paraId="0496E3FE" w14:textId="77777777" w:rsidR="00844834" w:rsidRDefault="008F2104">
      <w:pPr>
        <w:pStyle w:val="ListBullet"/>
        <w:spacing w:after="20"/>
      </w:pPr>
      <w:r>
        <w:rPr>
          <w:sz w:val="21"/>
        </w:rPr>
        <w:t>Neighbourhood walks, parks, playgroups and community excursions</w:t>
      </w:r>
    </w:p>
    <w:p w14:paraId="2BB53821" w14:textId="77777777" w:rsidR="00844834" w:rsidRDefault="008F2104">
      <w:pPr>
        <w:pStyle w:val="ListBullet"/>
        <w:spacing w:after="20"/>
      </w:pPr>
      <w:r>
        <w:rPr>
          <w:sz w:val="21"/>
        </w:rPr>
        <w:t>Individual learning experiences based on each child's interests and goals</w:t>
      </w:r>
    </w:p>
    <w:p w14:paraId="62370DF2" w14:textId="77777777" w:rsidR="00844834" w:rsidRDefault="008F2104">
      <w:pPr>
        <w:spacing w:before="80" w:after="60"/>
      </w:pPr>
      <w:r>
        <w:rPr>
          <w:rFonts w:ascii="Georgia" w:hAnsi="Georgia"/>
          <w:b/>
          <w:color w:val="274C84"/>
          <w:sz w:val="26"/>
        </w:rPr>
        <w:t>ABOUT MY FACILITIES</w:t>
      </w:r>
    </w:p>
    <w:p w14:paraId="751EF373" w14:textId="77777777" w:rsidR="00844834" w:rsidRDefault="008F2104">
      <w:r>
        <w:t>My Tiny Team offers a warm, home-like setting with thoughtfully arranged indoor and outdoor learning areas. Children can enjoy the sandpit, cubby house, climbing equipment, construction spaces, mud kitchen, gardens, sensory play and quiet book areas.</w:t>
      </w:r>
    </w:p>
    <w:p w14:paraId="3F6E6A41" w14:textId="77777777" w:rsidR="00844834" w:rsidRDefault="008F2104">
      <w:r>
        <w:t>The environment supports independence, creativity, confidence and connection with nature, with safe supervision and predictable routines throughout the day.</w:t>
      </w:r>
    </w:p>
    <w:p w14:paraId="09EF139D" w14:textId="77777777" w:rsidR="00844834" w:rsidRDefault="008F2104">
      <w:pPr>
        <w:spacing w:before="80" w:after="60"/>
      </w:pPr>
      <w:r>
        <w:rPr>
          <w:rFonts w:ascii="Georgia" w:hAnsi="Georgia"/>
          <w:b/>
          <w:color w:val="274C84"/>
          <w:sz w:val="26"/>
        </w:rPr>
        <w:t>CONTACT</w:t>
      </w:r>
    </w:p>
    <w:p w14:paraId="33D012E7" w14:textId="77777777" w:rsidR="00844834" w:rsidRDefault="008F2104">
      <w:pPr>
        <w:spacing w:after="40"/>
      </w:pPr>
      <w:r>
        <w:rPr>
          <w:b/>
          <w:sz w:val="21"/>
        </w:rPr>
        <w:t xml:space="preserve">PHONE: </w:t>
      </w:r>
      <w:r>
        <w:rPr>
          <w:sz w:val="21"/>
        </w:rPr>
        <w:t>0431 207 587</w:t>
      </w:r>
    </w:p>
    <w:p w14:paraId="5071E97B" w14:textId="77777777" w:rsidR="00844834" w:rsidRDefault="008F2104">
      <w:pPr>
        <w:spacing w:after="60"/>
      </w:pPr>
      <w:r>
        <w:rPr>
          <w:b/>
          <w:sz w:val="21"/>
        </w:rPr>
        <w:t xml:space="preserve">FACEBOOK: </w:t>
      </w:r>
      <w:r>
        <w:rPr>
          <w:color w:val="E76F23"/>
          <w:sz w:val="21"/>
        </w:rPr>
        <w:t>My Tiny Team Family Day Care</w:t>
      </w:r>
    </w:p>
    <w:p w14:paraId="3D16EB0D" w14:textId="77777777" w:rsidR="00844834" w:rsidRDefault="008F2104">
      <w:pPr>
        <w:spacing w:after="60"/>
        <w:rPr>
          <w:color w:val="E76F23"/>
          <w:sz w:val="21"/>
        </w:rPr>
      </w:pPr>
      <w:r>
        <w:rPr>
          <w:b/>
          <w:sz w:val="21"/>
        </w:rPr>
        <w:t xml:space="preserve">INSTAGRAM: </w:t>
      </w:r>
      <w:r>
        <w:rPr>
          <w:color w:val="E76F23"/>
          <w:sz w:val="21"/>
        </w:rPr>
        <w:t>@mytinyteamfdc</w:t>
      </w:r>
    </w:p>
    <w:p w14:paraId="673F4701" w14:textId="42EBBEA8" w:rsidR="00AC798D" w:rsidRPr="00D74ED0" w:rsidRDefault="00073396" w:rsidP="00AC798D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67859272"/>
          <w:placeholder>
            <w:docPart w:val="AF619E81E3E3425D9AB91C99CF1EF2C7"/>
          </w:placeholder>
          <w:temporary/>
          <w:showingPlcHdr/>
          <w15:appearance w15:val="hidden"/>
        </w:sdtPr>
        <w:sdtContent>
          <w:r w:rsidR="00AC798D" w:rsidRPr="5537F07D">
            <w:rPr>
              <w:b/>
              <w:bCs/>
              <w:sz w:val="20"/>
              <w:szCs w:val="20"/>
            </w:rPr>
            <w:t>WEBSITE:</w:t>
          </w:r>
        </w:sdtContent>
      </w:sdt>
      <w:r w:rsidR="00AC798D" w:rsidRPr="5537F07D">
        <w:rPr>
          <w:sz w:val="20"/>
          <w:szCs w:val="20"/>
        </w:rPr>
        <w:t xml:space="preserve"> </w:t>
      </w:r>
      <w:hyperlink r:id="rId14">
        <w:r w:rsidR="00AC798D" w:rsidRPr="5537F07D">
          <w:rPr>
            <w:rStyle w:val="Hyperlink"/>
            <w:sz w:val="20"/>
            <w:szCs w:val="20"/>
          </w:rPr>
          <w:t>www.whittlesea.vic.gov.au/Services/Support-for-people/Children-and-families/Family-day-care</w:t>
        </w:r>
      </w:hyperlink>
      <w:r w:rsidR="00715B05">
        <w:br/>
      </w:r>
      <w:r w:rsidR="00AC798D" w:rsidRPr="5537F07D">
        <w:rPr>
          <w:sz w:val="20"/>
          <w:szCs w:val="20"/>
        </w:rPr>
        <w:t xml:space="preserve">For more information about Family Day Care phone </w:t>
      </w:r>
      <w:r w:rsidR="00AC798D" w:rsidRPr="5537F07D">
        <w:rPr>
          <w:b/>
          <w:bCs/>
          <w:sz w:val="20"/>
          <w:szCs w:val="20"/>
        </w:rPr>
        <w:t>9217 2170</w:t>
      </w:r>
      <w:r w:rsidR="00AC798D" w:rsidRPr="5537F07D">
        <w:rPr>
          <w:sz w:val="20"/>
          <w:szCs w:val="20"/>
        </w:rPr>
        <w:t> or email</w:t>
      </w:r>
      <w:r w:rsidR="00715B05">
        <w:br/>
      </w:r>
      <w:hyperlink r:id="rId15">
        <w:r w:rsidR="00AC798D" w:rsidRPr="5537F07D">
          <w:rPr>
            <w:rStyle w:val="Hyperlink"/>
            <w:b/>
            <w:bCs/>
            <w:sz w:val="20"/>
            <w:szCs w:val="20"/>
          </w:rPr>
          <w:t>familydaycare@whittlesea.vic.gov.au</w:t>
        </w:r>
      </w:hyperlink>
      <w:r w:rsidR="00AC798D" w:rsidRPr="5537F07D">
        <w:rPr>
          <w:b/>
          <w:bCs/>
          <w:sz w:val="20"/>
          <w:szCs w:val="20"/>
        </w:rPr>
        <w:t>.</w:t>
      </w:r>
    </w:p>
    <w:p w14:paraId="6EB66B4C" w14:textId="77777777" w:rsidR="00AC798D" w:rsidRDefault="00AC798D">
      <w:pPr>
        <w:spacing w:after="60"/>
      </w:pPr>
    </w:p>
    <w:sectPr w:rsidR="00AC798D" w:rsidSect="00C634CF">
      <w:footerReference w:type="default" r:id="rId16"/>
      <w:pgSz w:w="12240" w:h="15840"/>
      <w:pgMar w:top="142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77BAE" w14:textId="77777777" w:rsidR="00D7753E" w:rsidRDefault="00D7753E">
      <w:pPr>
        <w:spacing w:after="0" w:line="240" w:lineRule="auto"/>
      </w:pPr>
      <w:r>
        <w:separator/>
      </w:r>
    </w:p>
  </w:endnote>
  <w:endnote w:type="continuationSeparator" w:id="0">
    <w:p w14:paraId="04ED7AA2" w14:textId="77777777" w:rsidR="00D7753E" w:rsidRDefault="00D7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24403" w14:textId="77777777" w:rsidR="00844834" w:rsidRDefault="008F2104">
    <w:pPr>
      <w:pStyle w:val="Footer"/>
      <w:jc w:val="center"/>
    </w:pPr>
    <w:r>
      <w:rPr>
        <w:color w:val="274C84"/>
        <w:sz w:val="17"/>
      </w:rPr>
      <w:t>My Tiny Team Family Day Care | Whittlesea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301DC" w14:textId="77777777" w:rsidR="00D7753E" w:rsidRDefault="00D7753E">
      <w:pPr>
        <w:spacing w:after="0" w:line="240" w:lineRule="auto"/>
      </w:pPr>
      <w:r>
        <w:separator/>
      </w:r>
    </w:p>
  </w:footnote>
  <w:footnote w:type="continuationSeparator" w:id="0">
    <w:p w14:paraId="48843ED9" w14:textId="77777777" w:rsidR="00D7753E" w:rsidRDefault="00D7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6170455">
    <w:abstractNumId w:val="8"/>
  </w:num>
  <w:num w:numId="2" w16cid:durableId="290747390">
    <w:abstractNumId w:val="6"/>
  </w:num>
  <w:num w:numId="3" w16cid:durableId="985818084">
    <w:abstractNumId w:val="5"/>
  </w:num>
  <w:num w:numId="4" w16cid:durableId="2138522485">
    <w:abstractNumId w:val="4"/>
  </w:num>
  <w:num w:numId="5" w16cid:durableId="1038626327">
    <w:abstractNumId w:val="7"/>
  </w:num>
  <w:num w:numId="6" w16cid:durableId="1306857295">
    <w:abstractNumId w:val="3"/>
  </w:num>
  <w:num w:numId="7" w16cid:durableId="1132093593">
    <w:abstractNumId w:val="2"/>
  </w:num>
  <w:num w:numId="8" w16cid:durableId="1203442800">
    <w:abstractNumId w:val="1"/>
  </w:num>
  <w:num w:numId="9" w16cid:durableId="148908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396"/>
    <w:rsid w:val="00131A9A"/>
    <w:rsid w:val="0015074B"/>
    <w:rsid w:val="001A5FF5"/>
    <w:rsid w:val="00200F05"/>
    <w:rsid w:val="002112D2"/>
    <w:rsid w:val="0029639D"/>
    <w:rsid w:val="00326F90"/>
    <w:rsid w:val="004F1FC1"/>
    <w:rsid w:val="005A46F6"/>
    <w:rsid w:val="0064354D"/>
    <w:rsid w:val="006C7ABC"/>
    <w:rsid w:val="00715B05"/>
    <w:rsid w:val="007279F1"/>
    <w:rsid w:val="00825FE3"/>
    <w:rsid w:val="00844834"/>
    <w:rsid w:val="008F2104"/>
    <w:rsid w:val="008F755E"/>
    <w:rsid w:val="00A8299E"/>
    <w:rsid w:val="00AA1D8D"/>
    <w:rsid w:val="00AC798D"/>
    <w:rsid w:val="00B47730"/>
    <w:rsid w:val="00BA437D"/>
    <w:rsid w:val="00BF1876"/>
    <w:rsid w:val="00C37600"/>
    <w:rsid w:val="00C634CF"/>
    <w:rsid w:val="00C87F77"/>
    <w:rsid w:val="00CB0664"/>
    <w:rsid w:val="00D7753E"/>
    <w:rsid w:val="00E26147"/>
    <w:rsid w:val="00E91358"/>
    <w:rsid w:val="00FC693F"/>
    <w:rsid w:val="5537F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41A762"/>
  <w14:defaultImageDpi w14:val="300"/>
  <w15:docId w15:val="{B43C58CD-5F12-403A-A562-4DEAB8E3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C798D"/>
    <w:rPr>
      <w:color w:val="943634" w:themeColor="accent2" w:themeShade="B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amilydaycare@whittlesea.vic.gov.au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whittlesea.vic.gov.au/Services/Support-for-people/Children-and-families/Family-day-car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619E81E3E3425D9AB91C99CF1EF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EA3FB-6D34-4A96-AF1F-9913D9A97F24}"/>
      </w:docPartPr>
      <w:docPartBody>
        <w:p w:rsidR="00616EC0" w:rsidRDefault="00C37600" w:rsidP="00C37600">
          <w:pPr>
            <w:pStyle w:val="AF619E81E3E3425D9AB91C99CF1EF2C7"/>
          </w:pPr>
          <w:r w:rsidRPr="004D3011">
            <w:t>WEBSITE: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00"/>
    <w:rsid w:val="00200F05"/>
    <w:rsid w:val="002D5A00"/>
    <w:rsid w:val="004F2493"/>
    <w:rsid w:val="00616EC0"/>
    <w:rsid w:val="007279F1"/>
    <w:rsid w:val="00A8299E"/>
    <w:rsid w:val="00B277B5"/>
    <w:rsid w:val="00C37600"/>
    <w:rsid w:val="00E2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619E81E3E3425D9AB91C99CF1EF2C7">
    <w:name w:val="AF619E81E3E3425D9AB91C99CF1EF2C7"/>
    <w:rsid w:val="00C376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milyName xmlns="b5ab500d-7bfe-40cf-9816-28aa26f562a5" xsi:nil="true"/>
    <_dlc_DocId xmlns="75fdac95-8686-4f52-9974-facfdedadb81">M2WMFCFFN4FQ-1151784115-2500</_dlc_DocId>
    <Nickname xmlns="http://schemas.microsoft.com/sharepoint/v3" xsi:nil="true"/>
    <InfoType xmlns="b5ab500d-7bfe-40cf-9816-28aa26f562a5" xsi:nil="true"/>
    <mdee3cd6e6dd47af8e3ed7145192f1e4 xmlns="b5ab500d-7bfe-40cf-9816-28aa26f562a5">
      <Terms xmlns="http://schemas.microsoft.com/office/infopath/2007/PartnerControls"/>
    </mdee3cd6e6dd47af8e3ed7145192f1e4>
    <GivenName xmlns="b5ab500d-7bfe-40cf-9816-28aa26f562a5" xsi:nil="true"/>
    <Issue_x003f_ xmlns="b5ab500d-7bfe-40cf-9816-28aa26f562a5">No</Issue_x003f_>
    <DocumentDate xmlns="b5ab500d-7bfe-40cf-9816-28aa26f562a5" xsi:nil="true"/>
    <i4f8b76e2dc04f38bdc8fcb8cd0cb09e xmlns="b5ab500d-7bfe-40cf-9816-28aa26f562a5">
      <Terms xmlns="http://schemas.microsoft.com/office/infopath/2007/PartnerControls"/>
    </i4f8b76e2dc04f38bdc8fcb8cd0cb09e>
    <i0f84bba906045b4af568ee102a52dcb xmlns="75fdac95-8686-4f52-9974-facfdedadb81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Educators</TermName>
          <TermId xmlns="http://schemas.microsoft.com/office/infopath/2007/PartnerControls">220bf9a2-fd1f-4392-91d6-0aa84d4c7f7b</TermId>
        </TermInfo>
      </Terms>
    </i0f84bba906045b4af568ee102a52dcb>
    <_dlc_DocIdUrl xmlns="75fdac95-8686-4f52-9974-facfdedadb81">
      <Url>https://whittlesea.sharepoint.com/sites/act_servpro_child/_layouts/15/DocIdRedir.aspx?ID=M2WMFCFFN4FQ-1151784115-2500</Url>
      <Description>M2WMFCFFN4FQ-1151784115-2500</Description>
    </_dlc_DocIdUrl>
    <Language xmlns="http://schemas.microsoft.com/sharepoint/v3">
      <Value>English</Value>
    </Language>
    <Active_x003f_ xmlns="b5ab500d-7bfe-40cf-9816-28aa26f562a5">Yes</Active_x003f_>
    <Year xmlns="b5ab500d-7bfe-40cf-9816-28aa26f562a5" xsi:nil="true"/>
    <pbb304b597584f4b9589c1502e2f20be xmlns="b5ab500d-7bfe-40cf-9816-28aa26f562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[N/A]</TermName>
          <TermId xmlns="http://schemas.microsoft.com/office/infopath/2007/PartnerControls">b90bd39c-5372-4e4a-9e91-65a1c40ee01b</TermId>
        </TermInfo>
      </Terms>
    </pbb304b597584f4b9589c1502e2f20be>
    <DateOfBirth xmlns="b5ab500d-7bfe-40cf-9816-28aa26f562a5" xsi:nil="true"/>
    <IDNo xmlns="b5ab500d-7bfe-40cf-9816-28aa26f562a5" xsi:nil="true"/>
    <lcf76f155ced4ddcb4097134ff3c332f xmlns="0b28345a-faf8-4ec5-bc7f-a55ee6d4b324">
      <Terms xmlns="http://schemas.microsoft.com/office/infopath/2007/PartnerControls"/>
    </lcf76f155ced4ddcb4097134ff3c332f>
    <TaxCatchAll xmlns="b5ab500d-7bfe-40cf-9816-28aa26f562a5">
      <Value>5</Value>
      <Value>38</Value>
    </TaxCatchAll>
    <_Status xmlns="http://schemas.microsoft.com/sharepoint/v3/fields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19D57224F95B4F93491B9D7CD7D21401000B87FC5266055948983EAC05E5FF9967" ma:contentTypeVersion="41" ma:contentTypeDescription="Document related to a person in the workforce." ma:contentTypeScope="" ma:versionID="fa29ead8882dc078aad3d4cbfd0a0464">
  <xsd:schema xmlns:xsd="http://www.w3.org/2001/XMLSchema" xmlns:xs="http://www.w3.org/2001/XMLSchema" xmlns:p="http://schemas.microsoft.com/office/2006/metadata/properties" xmlns:ns1="http://schemas.microsoft.com/sharepoint/v3" xmlns:ns2="b5ab500d-7bfe-40cf-9816-28aa26f562a5" xmlns:ns3="http://schemas.microsoft.com/sharepoint/v3/fields" xmlns:ns4="75fdac95-8686-4f52-9974-facfdedadb81" xmlns:ns5="0b28345a-faf8-4ec5-bc7f-a55ee6d4b324" targetNamespace="http://schemas.microsoft.com/office/2006/metadata/properties" ma:root="true" ma:fieldsID="e18e9babe3f54507fe57c59d82436c28" ns1:_="" ns2:_="" ns3:_="" ns4:_="" ns5:_="">
    <xsd:import namespace="http://schemas.microsoft.com/sharepoint/v3"/>
    <xsd:import namespace="b5ab500d-7bfe-40cf-9816-28aa26f562a5"/>
    <xsd:import namespace="http://schemas.microsoft.com/sharepoint/v3/fields"/>
    <xsd:import namespace="75fdac95-8686-4f52-9974-facfdedadb81"/>
    <xsd:import namespace="0b28345a-faf8-4ec5-bc7f-a55ee6d4b324"/>
    <xsd:element name="properties">
      <xsd:complexType>
        <xsd:sequence>
          <xsd:element name="documentManagement">
            <xsd:complexType>
              <xsd:all>
                <xsd:element ref="ns2:DocumentDate" minOccurs="0"/>
                <xsd:element ref="ns2:Year" minOccurs="0"/>
                <xsd:element ref="ns2:InfoType" minOccurs="0"/>
                <xsd:element ref="ns3:_Status" minOccurs="0"/>
                <xsd:element ref="ns2:FamilyName" minOccurs="0"/>
                <xsd:element ref="ns2:GivenName" minOccurs="0"/>
                <xsd:element ref="ns1:Nickname" minOccurs="0"/>
                <xsd:element ref="ns1:Language" minOccurs="0"/>
                <xsd:element ref="ns2:DateOfBirth" minOccurs="0"/>
                <xsd:element ref="ns2:Issue_x003f_" minOccurs="0"/>
                <xsd:element ref="ns2:Active_x003f_" minOccurs="0"/>
                <xsd:element ref="ns2:pbb304b597584f4b9589c1502e2f20be" minOccurs="0"/>
                <xsd:element ref="ns2:TaxCatchAll" minOccurs="0"/>
                <xsd:element ref="ns2:TaxCatchAllLabel" minOccurs="0"/>
                <xsd:element ref="ns2:i4f8b76e2dc04f38bdc8fcb8cd0cb09e" minOccurs="0"/>
                <xsd:element ref="ns2:mdee3cd6e6dd47af8e3ed7145192f1e4" minOccurs="0"/>
                <xsd:element ref="ns2:IDNo" minOccurs="0"/>
                <xsd:element ref="ns4:_dlc_DocId" minOccurs="0"/>
                <xsd:element ref="ns4:_dlc_DocIdUrl" minOccurs="0"/>
                <xsd:element ref="ns4:_dlc_DocIdPersist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ObjectDetectorVersions" minOccurs="0"/>
                <xsd:element ref="ns4:i0f84bba906045b4af568ee102a52dcb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Nickname" ma:index="13" nillable="true" ma:displayName="Full Name" ma:description="" ma:hidden="true" ma:internalName="Nickname">
      <xsd:simpleType>
        <xsd:restriction base="dms:Text"/>
      </xsd:simpleType>
    </xsd:element>
    <xsd:element name="Language" ma:index="14" nillable="true" ma:displayName="Language" ma:default="English" ma:hidden="true" ma:internalName="Language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rabic (Saudi Arabia)"/>
                        <xsd:enumeration value="Bulgarian (Bulgaria)"/>
                        <xsd:enumeration value="Chinese (Hong Kong S.A.R.)"/>
                        <xsd:enumeration value="Chinese (China)"/>
                        <xsd:enumeration value="Chinese (Taiwan)"/>
                        <xsd:enumeration value="Croatian (Croatia)"/>
                        <xsd:enumeration value="Czech (Czech Republic)"/>
                        <xsd:enumeration value="Danish (Denmark)"/>
                        <xsd:enumeration value="Dutch (Netherlands)"/>
                        <xsd:enumeration value="English"/>
                        <xsd:enumeration value="Estonian (Estonia)"/>
                        <xsd:enumeration value="Finnish (Finland)"/>
                        <xsd:enumeration value="French (France)"/>
                        <xsd:enumeration value="German (Germany)"/>
                        <xsd:enumeration value="Greek (Greece)"/>
                        <xsd:enumeration value="Hebrew (Israel)"/>
                        <xsd:enumeration value="Hindi (India)"/>
                        <xsd:enumeration value="Hungarian (Hungary)"/>
                        <xsd:enumeration value="Indonesian (Indonesia)"/>
                        <xsd:enumeration value="Italian (Italy)"/>
                        <xsd:enumeration value="Japanese (Japan)"/>
                        <xsd:enumeration value="Korean (Korea)"/>
                        <xsd:enumeration value="Latvian (Latvia)"/>
                        <xsd:enumeration value="Lithuanian (Lithuania)"/>
                        <xsd:enumeration value="Malay (Malaysia)"/>
                        <xsd:enumeration value="Norwegian (Bokmal) (Norway)"/>
                        <xsd:enumeration value="Polish (Poland)"/>
                        <xsd:enumeration value="Portuguese (Brazil)"/>
                        <xsd:enumeration value="Portuguese (Portugal)"/>
                        <xsd:enumeration value="Romanian (Romania)"/>
                        <xsd:enumeration value="Russian (Russia)"/>
                        <xsd:enumeration value="Serbian (Latin) (Serbia)"/>
                        <xsd:enumeration value="Slovak (Slovakia)"/>
                        <xsd:enumeration value="Slovenian (Slovenia)"/>
                        <xsd:enumeration value="Spanish (Spain)"/>
                        <xsd:enumeration value="Swedish (Sweden)"/>
                        <xsd:enumeration value="Thai (Thailand)"/>
                        <xsd:enumeration value="Turkish (Turkey)"/>
                        <xsd:enumeration value="Ukrainian (Ukraine)"/>
                        <xsd:enumeration value="Urdu (Islamic Republic of Pakistan)"/>
                        <xsd:enumeration value="Vietnamese (Vietnam)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DocumentDate" ma:index="2" nillable="true" ma:displayName="Document Date" ma:format="DateOnly" ma:internalName="DocumentDate">
      <xsd:simpleType>
        <xsd:restriction base="dms:DateTime"/>
      </xsd:simpleType>
    </xsd:element>
    <xsd:element name="Year" ma:index="3" nillable="true" ma:displayName="Year" ma:internalName="Year">
      <xsd:simpleType>
        <xsd:restriction base="dms:Text">
          <xsd:maxLength value="4"/>
        </xsd:restriction>
      </xsd:simpleType>
    </xsd:element>
    <xsd:element name="InfoType" ma:index="4" nillable="true" ma:displayName="Info Type" ma:description="Information type" ma:format="RadioButtons" ma:internalName="InfoType" ma:readOnly="false">
      <xsd:simpleType>
        <xsd:restriction base="dms:Choice">
          <xsd:enumeration value="Training &amp; Certifications"/>
          <xsd:enumeration value="Licence Agreements"/>
          <xsd:enumeration value="Home Safety Checks"/>
          <xsd:enumeration value="OHS &amp; WHS"/>
          <xsd:enumeration value="PDP"/>
          <xsd:enumeration value="Home Visits"/>
          <xsd:enumeration value="Onboarding"/>
          <xsd:enumeration value="Routine Outings &amp; Excursions"/>
          <xsd:enumeration value="Correspondence"/>
          <xsd:enumeration value="Compliance"/>
        </xsd:restriction>
      </xsd:simpleType>
    </xsd:element>
    <xsd:element name="FamilyName" ma:index="11" nillable="true" ma:displayName="Family Name" ma:hidden="true" ma:internalName="FamilyName" ma:readOnly="false">
      <xsd:simpleType>
        <xsd:restriction base="dms:Text">
          <xsd:maxLength value="255"/>
        </xsd:restriction>
      </xsd:simpleType>
    </xsd:element>
    <xsd:element name="GivenName" ma:index="12" nillable="true" ma:displayName="Given Name" ma:hidden="true" ma:internalName="GivenName" ma:readOnly="false">
      <xsd:simpleType>
        <xsd:restriction base="dms:Text">
          <xsd:maxLength value="255"/>
        </xsd:restriction>
      </xsd:simpleType>
    </xsd:element>
    <xsd:element name="DateOfBirth" ma:index="15" nillable="true" ma:displayName="Date of Birth" ma:format="DateOnly" ma:hidden="true" ma:internalName="DateOfBirth" ma:readOnly="false">
      <xsd:simpleType>
        <xsd:restriction base="dms:DateTime"/>
      </xsd:simpleType>
    </xsd:element>
    <xsd:element name="Issue_x003f_" ma:index="16" nillable="true" ma:displayName="Issue?" ma:default="No" ma:format="RadioButtons" ma:hidden="true" ma:internalName="Issue_x003F_" ma:readOnly="false">
      <xsd:simpleType>
        <xsd:restriction base="dms:Choice">
          <xsd:enumeration value="Yes"/>
          <xsd:enumeration value="No"/>
        </xsd:restriction>
      </xsd:simpleType>
    </xsd:element>
    <xsd:element name="Active_x003f_" ma:index="17" nillable="true" ma:displayName="Active?" ma:default="Yes" ma:format="RadioButtons" ma:hidden="true" ma:internalName="Active_x003F_" ma:readOnly="false">
      <xsd:simpleType>
        <xsd:restriction base="dms:Choice">
          <xsd:enumeration value="Yes"/>
          <xsd:enumeration value="No"/>
        </xsd:restriction>
      </xsd:simpleType>
    </xsd:element>
    <xsd:element name="pbb304b597584f4b9589c1502e2f20be" ma:index="18" nillable="true" ma:taxonomy="true" ma:internalName="pbb304b597584f4b9589c1502e2f20be" ma:taxonomyFieldName="DepartmentMMD" ma:displayName="DepartmentMMD" ma:readOnly="false" ma:default="5;#[N/A]|b90bd39c-5372-4e4a-9e91-65a1c40ee01b" ma:fieldId="{9bb304b5-9758-4f4b-9589-c1502e2f20be}" ma:sspId="df0da9af-39e6-461a-ae38-00e505ac4b4c" ma:termSetId="a540fc63-f78d-4a00-a46c-2233f16aaa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0f6dc058-3ae1-4453-8326-d9656bbd2647}" ma:internalName="TaxCatchAll" ma:showField="CatchAllData" ma:web="75fdac95-8686-4f52-9974-facfdedadb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0f6dc058-3ae1-4453-8326-d9656bbd2647}" ma:internalName="TaxCatchAllLabel" ma:readOnly="true" ma:showField="CatchAllDataLabel" ma:web="75fdac95-8686-4f52-9974-facfdedadb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4f8b76e2dc04f38bdc8fcb8cd0cb09e" ma:index="22" nillable="true" ma:taxonomy="true" ma:internalName="i4f8b76e2dc04f38bdc8fcb8cd0cb09e" ma:taxonomyFieldName="ProgramService" ma:displayName="Program/Service" ma:readOnly="false" ma:default="" ma:fieldId="{24f8b76e-2dc0-4f38-bdc8-fcb8cd0cb09e}" ma:sspId="df0da9af-39e6-461a-ae38-00e505ac4b4c" ma:termSetId="826df83d-94a0-4893-91a3-5d4da71e216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ee3cd6e6dd47af8e3ed7145192f1e4" ma:index="24" nillable="true" ma:taxonomy="true" ma:internalName="mdee3cd6e6dd47af8e3ed7145192f1e4" ma:taxonomyFieldName="CommitteeGroup" ma:displayName="Committee/Group" ma:readOnly="false" ma:default="" ma:fieldId="{6dee3cd6-e6dd-47af-8e3e-d7145192f1e4}" ma:sspId="df0da9af-39e6-461a-ae38-00e505ac4b4c" ma:termSetId="911996f4-13e9-4787-a159-49d41079c0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No" ma:index="26" nillable="true" ma:displayName="ID No" ma:hidden="true" ma:internalName="IDNo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5" nillable="true" ma:displayName="Status" ma:format="Dropdown" ma:internalName="_Status" ma:readOnly="false">
      <xsd:simpleType>
        <xsd:union memberTypes="dms:Text">
          <xsd:simpleType>
            <xsd:restriction base="dms:Choice">
              <xsd:enumeration value="Draft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dac95-8686-4f52-9974-facfdedadb81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35" nillable="true" ma:taxonomy="true" ma:internalName="i0f84bba906045b4af568ee102a52dcb" ma:taxonomyFieldName="RevIMBCS" ma:displayName="BCS" ma:indexed="true" ma:default="" ma:fieldId="{20f84bba-9060-45b4-af56-8ee102a52dcb}" ma:sspId="df0da9af-39e6-461a-ae38-00e505ac4b4c" ma:termSetId="71c3a959-f331-42aa-af14-25d5e89fe4ec" ma:anchorId="fd302540-a965-4134-8cf8-3c3123597207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8345a-faf8-4ec5-bc7f-a55ee6d4b3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4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df0da9af-39e6-461a-ae38-00e505ac4b4c" ContentTypeId="0x0101005B19D57224F95B4F93491B9D7CD7D21401" PreviousValue="false" LastSyncTimeStamp="2019-08-02T06:32:11.65Z"/>
</file>

<file path=customXml/itemProps1.xml><?xml version="1.0" encoding="utf-8"?>
<ds:datastoreItem xmlns:ds="http://schemas.openxmlformats.org/officeDocument/2006/customXml" ds:itemID="{DD53FC0E-1646-476E-8E5B-3EBAB0F7583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87DE1A-823E-44AC-8C9D-7802FF7A9DD0}">
  <ds:schemaRefs>
    <ds:schemaRef ds:uri="http://schemas.microsoft.com/office/2006/metadata/properties"/>
    <ds:schemaRef ds:uri="http://schemas.microsoft.com/office/infopath/2007/PartnerControls"/>
    <ds:schemaRef ds:uri="b5ab500d-7bfe-40cf-9816-28aa26f562a5"/>
    <ds:schemaRef ds:uri="75fdac95-8686-4f52-9974-facfdedadb81"/>
    <ds:schemaRef ds:uri="http://schemas.microsoft.com/sharepoint/v3"/>
    <ds:schemaRef ds:uri="0b28345a-faf8-4ec5-bc7f-a55ee6d4b324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1A354AAC-1674-4A48-8D9E-583015A28C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923282-FD5E-4983-8029-CD59F764C500}"/>
</file>

<file path=customXml/itemProps6.xml><?xml version="1.0" encoding="utf-8"?>
<ds:datastoreItem xmlns:ds="http://schemas.openxmlformats.org/officeDocument/2006/customXml" ds:itemID="{CDD976EB-324A-49A7-84A6-99FD451C2A0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2078</Characters>
  <Application>Microsoft Office Word</Application>
  <DocSecurity>4</DocSecurity>
  <Lines>17</Lines>
  <Paragraphs>4</Paragraphs>
  <ScaleCrop>false</ScaleCrop>
  <Manager/>
  <Company/>
  <LinksUpToDate>false</LinksUpToDate>
  <CharactersWithSpaces>2438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Mikhala Porter</cp:lastModifiedBy>
  <cp:revision>6</cp:revision>
  <dcterms:created xsi:type="dcterms:W3CDTF">2026-09-02T23:14:00Z</dcterms:created>
  <dcterms:modified xsi:type="dcterms:W3CDTF">2026-09-02T06:32:00Z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0x0101005B19D57224F95B4F93491B9D7CD7D21401000B87FC5266055948983EAC05E5FF9967</vt:lpwstr>
  </property>
  <property fmtid="{D5CDD505-2E9C-101B-9397-08002B2CF9AE}" pid="4" name="DepartmentMMD">
    <vt:lpwstr>5;#[N/A]|b90bd39c-5372-4e4a-9e91-65a1c40ee01b</vt:lpwstr>
  </property>
  <property fmtid="{D5CDD505-2E9C-101B-9397-08002B2CF9AE}" pid="5" name="_dlc_DocIdItemGuid">
    <vt:lpwstr>d3223409-1b17-4a74-9550-f84d7ed75bed</vt:lpwstr>
  </property>
  <property fmtid="{D5CDD505-2E9C-101B-9397-08002B2CF9AE}" pid="6" name="RevIMBCS">
    <vt:lpwstr>38;#Educators|220bf9a2-fd1f-4392-91d6-0aa84d4c7f7b</vt:lpwstr>
  </property>
  <property fmtid="{D5CDD505-2E9C-101B-9397-08002B2CF9AE}" pid="7" name="ProgramService">
    <vt:lpwstr/>
  </property>
  <property fmtid="{D5CDD505-2E9C-101B-9397-08002B2CF9AE}" pid="8" name="CommitteeGroup">
    <vt:lpwstr/>
  </property>
</Properties>
</file>